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88D" w:rsidRDefault="00DF372A">
      <w:pPr>
        <w:jc w:val="center"/>
      </w:pPr>
      <w:r>
        <w:rPr>
          <w:b/>
        </w:rPr>
        <w:t>Form 'A'</w:t>
      </w:r>
      <w:r>
        <w:rPr>
          <w:b/>
        </w:rPr>
        <w:br/>
        <w:t>APPLICATION FOR REGISTRATION AS CONTRIBUTOR TO THE</w:t>
      </w:r>
      <w:r>
        <w:rPr>
          <w:b/>
        </w:rPr>
        <w:br/>
        <w:t>(ISLAMABAD) ADVOCATE BENEVOLENT FUND</w:t>
      </w:r>
      <w:r>
        <w:rPr>
          <w:b/>
        </w:rPr>
        <w:br/>
        <w:t>UNDER RULE 7.1</w:t>
      </w:r>
    </w:p>
    <w:p w:rsidR="00A6188D" w:rsidRDefault="00DF372A">
      <w:pPr>
        <w:jc w:val="center"/>
      </w:pPr>
      <w:r>
        <w:t>(Note: to be filed in by New Contributors Only)</w:t>
      </w:r>
    </w:p>
    <w:p w:rsidR="00440B21" w:rsidRDefault="00440B21" w:rsidP="00EC2086"/>
    <w:p w:rsidR="00A6188D" w:rsidRDefault="00DF372A" w:rsidP="00EC2086">
      <w:r>
        <w:t xml:space="preserve">Name: </w:t>
      </w:r>
      <w:r>
        <w:tab/>
      </w:r>
      <w:r>
        <w:tab/>
      </w:r>
      <w:r>
        <w:tab/>
        <w:t>________________________________________________________</w:t>
      </w:r>
    </w:p>
    <w:p w:rsidR="00A6188D" w:rsidRDefault="00DF372A" w:rsidP="00EC2086">
      <w:r>
        <w:t xml:space="preserve">Father's/Husband: </w:t>
      </w:r>
      <w:r>
        <w:tab/>
        <w:t>________________________________________________________</w:t>
      </w:r>
    </w:p>
    <w:p w:rsidR="00A6188D" w:rsidRDefault="00DF372A" w:rsidP="00EC2086">
      <w:r>
        <w:t xml:space="preserve">Date of Birth: </w:t>
      </w:r>
      <w:r>
        <w:tab/>
      </w:r>
      <w:r>
        <w:tab/>
        <w:t>________________________________________________________</w:t>
      </w:r>
    </w:p>
    <w:p w:rsidR="00A6188D" w:rsidRDefault="00DF372A" w:rsidP="00EC2086">
      <w:r>
        <w:t>Date of year of enrolment as advocate: ________________________________________</w:t>
      </w:r>
    </w:p>
    <w:p w:rsidR="00A6188D" w:rsidRDefault="00DF372A" w:rsidP="00EC2086">
      <w:r>
        <w:t>Date of year of enrolment as advocate of H.C: ________________________________________</w:t>
      </w:r>
    </w:p>
    <w:p w:rsidR="00A6188D" w:rsidRDefault="00DF372A" w:rsidP="00EC2086">
      <w:r>
        <w:t>Ordinary place of practice: ________________________________________________________</w:t>
      </w:r>
    </w:p>
    <w:p w:rsidR="00A6188D" w:rsidRDefault="00DF372A">
      <w:r>
        <w:t xml:space="preserve">Date of application: </w:t>
      </w:r>
      <w:r>
        <w:tab/>
        <w:t>________________________________________________________</w:t>
      </w:r>
    </w:p>
    <w:tbl>
      <w:tblPr>
        <w:tblW w:w="0" w:type="auto"/>
        <w:tblLayout w:type="fixed"/>
        <w:tblLook w:val="04A0"/>
      </w:tblPr>
      <w:tblGrid>
        <w:gridCol w:w="4680"/>
        <w:gridCol w:w="4680"/>
      </w:tblGrid>
      <w:tr w:rsidR="00A6188D">
        <w:tc>
          <w:tcPr>
            <w:tcW w:w="4680" w:type="dxa"/>
          </w:tcPr>
          <w:p w:rsidR="00A6188D" w:rsidRDefault="00A6188D"/>
        </w:tc>
        <w:tc>
          <w:tcPr>
            <w:tcW w:w="4680" w:type="dxa"/>
          </w:tcPr>
          <w:p w:rsidR="00A6188D" w:rsidRDefault="00DF372A">
            <w:pPr>
              <w:jc w:val="center"/>
            </w:pPr>
            <w:r>
              <w:br/>
            </w:r>
            <w:r>
              <w:br/>
              <w:t>__________________</w:t>
            </w:r>
            <w:r>
              <w:br/>
              <w:t>SIGNATURE</w:t>
            </w:r>
          </w:p>
        </w:tc>
      </w:tr>
    </w:tbl>
    <w:p w:rsidR="00A6188D" w:rsidRDefault="00DF372A">
      <w:pPr>
        <w:jc w:val="right"/>
      </w:pPr>
      <w:r>
        <w:t>Full Address: _____________________________</w:t>
      </w:r>
      <w:r>
        <w:br/>
        <w:t>_____________________________</w:t>
      </w:r>
      <w:r>
        <w:br/>
        <w:t>_____________________________</w:t>
      </w:r>
    </w:p>
    <w:p w:rsidR="00A6188D" w:rsidRDefault="00A6188D"/>
    <w:p w:rsidR="00A6188D" w:rsidRDefault="00DF372A">
      <w:r>
        <w:rPr>
          <w:b/>
          <w:u w:val="single"/>
        </w:rPr>
        <w:t>PARTICULARS OF PAYMENT</w:t>
      </w:r>
    </w:p>
    <w:p w:rsidR="00A6188D" w:rsidRDefault="00DF372A">
      <w:r>
        <w:t xml:space="preserve">Amount: </w:t>
      </w:r>
      <w:r>
        <w:tab/>
      </w:r>
      <w:r>
        <w:tab/>
        <w:t>____________________________</w:t>
      </w:r>
    </w:p>
    <w:p w:rsidR="00A6188D" w:rsidRDefault="00DF372A">
      <w:r>
        <w:t xml:space="preserve">Where deposit: </w:t>
      </w:r>
      <w:r>
        <w:tab/>
        <w:t>____________________________</w:t>
      </w:r>
    </w:p>
    <w:p w:rsidR="00A6188D" w:rsidRDefault="00DF372A">
      <w:r>
        <w:t xml:space="preserve">Date of deposit: </w:t>
      </w:r>
      <w:r>
        <w:tab/>
        <w:t>____________________________</w:t>
      </w:r>
    </w:p>
    <w:p w:rsidR="00A6188D" w:rsidRDefault="00DF372A">
      <w:r>
        <w:t xml:space="preserve">Receipt No: </w:t>
      </w:r>
      <w:r>
        <w:tab/>
      </w:r>
      <w:r>
        <w:tab/>
        <w:t>____________________________</w:t>
      </w:r>
    </w:p>
    <w:p w:rsidR="00A6188D" w:rsidRDefault="00DF372A">
      <w:r>
        <w:t xml:space="preserve">Name of Bank: </w:t>
      </w:r>
      <w:r>
        <w:tab/>
        <w:t>____________________________</w:t>
      </w:r>
    </w:p>
    <w:p w:rsidR="00A6188D" w:rsidRDefault="00A6188D"/>
    <w:p w:rsidR="00A6188D" w:rsidRDefault="00DF372A">
      <w:pPr>
        <w:jc w:val="center"/>
      </w:pPr>
      <w:r>
        <w:rPr>
          <w:b/>
        </w:rPr>
        <w:t>FORM 'E'</w:t>
      </w:r>
      <w:r>
        <w:rPr>
          <w:b/>
        </w:rPr>
        <w:br/>
        <w:t>NOMINATION FORM</w:t>
      </w:r>
      <w:r>
        <w:rPr>
          <w:b/>
        </w:rPr>
        <w:br/>
        <w:t>UNDER RULE 7.5</w:t>
      </w:r>
    </w:p>
    <w:p w:rsidR="00A6188D" w:rsidRDefault="00DF372A">
      <w:r>
        <w:t xml:space="preserve">Name of advocate: </w:t>
      </w:r>
      <w:r>
        <w:tab/>
        <w:t>________________________________________________________</w:t>
      </w:r>
    </w:p>
    <w:p w:rsidR="00A6188D" w:rsidRDefault="00DF372A">
      <w:r>
        <w:t xml:space="preserve">Name of nominee: </w:t>
      </w:r>
      <w:r>
        <w:tab/>
        <w:t>________________________________________________________</w:t>
      </w:r>
    </w:p>
    <w:p w:rsidR="00A6188D" w:rsidRDefault="00DF372A">
      <w:r>
        <w:t xml:space="preserve">With relationship: </w:t>
      </w:r>
      <w:r>
        <w:tab/>
        <w:t>________________________________________________________</w:t>
      </w:r>
    </w:p>
    <w:p w:rsidR="00A6188D" w:rsidRDefault="00DF372A">
      <w:r>
        <w:t xml:space="preserve">Share of nominee: </w:t>
      </w:r>
      <w:r>
        <w:tab/>
        <w:t>________________________________________________________</w:t>
      </w:r>
    </w:p>
    <w:p w:rsidR="00A6188D" w:rsidRDefault="00DF372A">
      <w:r>
        <w:t xml:space="preserve">Condition if any: </w:t>
      </w:r>
      <w:r>
        <w:tab/>
        <w:t>________________________________________________________</w:t>
      </w:r>
    </w:p>
    <w:tbl>
      <w:tblPr>
        <w:tblW w:w="0" w:type="auto"/>
        <w:tblLayout w:type="fixed"/>
        <w:tblLook w:val="04A0"/>
      </w:tblPr>
      <w:tblGrid>
        <w:gridCol w:w="4680"/>
        <w:gridCol w:w="4680"/>
      </w:tblGrid>
      <w:tr w:rsidR="00A6188D">
        <w:tc>
          <w:tcPr>
            <w:tcW w:w="4680" w:type="dxa"/>
          </w:tcPr>
          <w:p w:rsidR="00A6188D" w:rsidRDefault="00DF372A" w:rsidP="00CE6AC8">
            <w:r>
              <w:br/>
            </w:r>
            <w:r>
              <w:rPr>
                <w:b/>
              </w:rPr>
              <w:t>ATTESTED</w:t>
            </w:r>
            <w:r>
              <w:rPr>
                <w:b/>
              </w:rPr>
              <w:br/>
            </w:r>
            <w:r>
              <w:t>MEMBER ISLAMABAD BAR COUNCIL</w:t>
            </w:r>
            <w:r w:rsidR="00CE6AC8">
              <w:t>/</w:t>
            </w:r>
            <w:r>
              <w:br/>
              <w:t>PRESIDENT BAR ASSOCIATION</w:t>
            </w:r>
          </w:p>
        </w:tc>
        <w:tc>
          <w:tcPr>
            <w:tcW w:w="4680" w:type="dxa"/>
          </w:tcPr>
          <w:p w:rsidR="00A6188D" w:rsidRDefault="00DF372A">
            <w:pPr>
              <w:jc w:val="center"/>
            </w:pPr>
            <w:r>
              <w:br/>
            </w:r>
            <w:r>
              <w:br/>
            </w:r>
            <w:r>
              <w:br/>
            </w:r>
            <w:r>
              <w:br/>
              <w:t>__________________</w:t>
            </w:r>
            <w:r>
              <w:br/>
              <w:t>SIGNATURE</w:t>
            </w:r>
          </w:p>
        </w:tc>
      </w:tr>
    </w:tbl>
    <w:p w:rsidR="00DF372A" w:rsidRDefault="00DF372A" w:rsidP="00792C29"/>
    <w:sectPr w:rsidR="00DF372A" w:rsidSect="00CE6AC8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440B21"/>
    <w:rsid w:val="00792C29"/>
    <w:rsid w:val="007E2464"/>
    <w:rsid w:val="00A6188D"/>
    <w:rsid w:val="00AA1D8D"/>
    <w:rsid w:val="00B47730"/>
    <w:rsid w:val="00CB0664"/>
    <w:rsid w:val="00CE6AC8"/>
    <w:rsid w:val="00DF372A"/>
    <w:rsid w:val="00EA031C"/>
    <w:rsid w:val="00EC2086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1606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Muhammad_Sohail</cp:lastModifiedBy>
  <cp:revision>5</cp:revision>
  <cp:lastPrinted>2026-09-07T05:22:00Z</cp:lastPrinted>
  <dcterms:created xsi:type="dcterms:W3CDTF">2013-12-23T23:15:00Z</dcterms:created>
  <dcterms:modified xsi:type="dcterms:W3CDTF">2026-09-07T05:22:00Z</dcterms:modified>
  <cp:category/>
</cp:coreProperties>
</file>